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5DB" w:rsidRPr="00AB45DB" w:rsidRDefault="00AB45DB" w:rsidP="00AB45D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sv-FI"/>
        </w:rPr>
      </w:pPr>
      <w:r w:rsidRPr="00AB45DB">
        <w:rPr>
          <w:rFonts w:ascii="Times New Roman" w:eastAsia="SimSun" w:hAnsi="Times New Roman" w:cs="Times New Roman"/>
          <w:b/>
          <w:sz w:val="28"/>
          <w:szCs w:val="28"/>
          <w:lang w:val="sv-FI"/>
        </w:rPr>
        <w:t>TIẾT 1: Hoạt động có chủ đích: TẠO HÌNH</w:t>
      </w:r>
    </w:p>
    <w:p w:rsidR="00AB45DB" w:rsidRPr="00AB45DB" w:rsidRDefault="00AB45DB" w:rsidP="00AB45D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AB45DB">
        <w:rPr>
          <w:rFonts w:ascii="Times New Roman" w:eastAsia="SimSun" w:hAnsi="Times New Roman" w:cs="Times New Roman"/>
          <w:b/>
          <w:sz w:val="28"/>
          <w:szCs w:val="28"/>
          <w:lang w:val="sv-FI"/>
        </w:rPr>
        <w:t>Đề tài: NẶN QUẢ BÓNG</w:t>
      </w:r>
    </w:p>
    <w:p w:rsidR="00AB45DB" w:rsidRPr="00AB45DB" w:rsidRDefault="00AB45DB" w:rsidP="00AB45DB">
      <w:pPr>
        <w:tabs>
          <w:tab w:val="left" w:pos="2895"/>
        </w:tabs>
        <w:spacing w:after="0" w:line="240" w:lineRule="auto"/>
        <w:jc w:val="both"/>
        <w:rPr>
          <w:rFonts w:ascii="Times New Roman" w:eastAsia="SimSun" w:hAnsi="Times New Roman" w:cs="Times New Roman"/>
          <w:b/>
          <w:i/>
          <w:sz w:val="28"/>
          <w:szCs w:val="28"/>
        </w:rPr>
      </w:pPr>
      <w:r w:rsidRPr="00AB45DB">
        <w:rPr>
          <w:rFonts w:ascii="Times New Roman" w:eastAsia="SimSun" w:hAnsi="Times New Roman" w:cs="Times New Roman"/>
          <w:b/>
          <w:i/>
          <w:sz w:val="28"/>
          <w:szCs w:val="28"/>
        </w:rPr>
        <w:t xml:space="preserve">1/ </w:t>
      </w:r>
      <w:proofErr w:type="spellStart"/>
      <w:r w:rsidRPr="00AB45DB">
        <w:rPr>
          <w:rFonts w:ascii="Times New Roman" w:eastAsia="SimSun" w:hAnsi="Times New Roman" w:cs="Times New Roman"/>
          <w:b/>
          <w:i/>
          <w:sz w:val="28"/>
          <w:szCs w:val="28"/>
          <w:u w:val="single"/>
        </w:rPr>
        <w:t>Mục</w:t>
      </w:r>
      <w:proofErr w:type="spellEnd"/>
      <w:r w:rsidRPr="00AB45DB">
        <w:rPr>
          <w:rFonts w:ascii="Times New Roman" w:eastAsia="SimSu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AB45DB">
        <w:rPr>
          <w:rFonts w:ascii="Times New Roman" w:eastAsia="SimSun" w:hAnsi="Times New Roman" w:cs="Times New Roman"/>
          <w:b/>
          <w:i/>
          <w:sz w:val="28"/>
          <w:szCs w:val="28"/>
          <w:u w:val="single"/>
        </w:rPr>
        <w:t>đích</w:t>
      </w:r>
      <w:proofErr w:type="spellEnd"/>
      <w:r w:rsidRPr="00AB45DB">
        <w:rPr>
          <w:rFonts w:ascii="Times New Roman" w:eastAsia="SimSun" w:hAnsi="Times New Roman" w:cs="Times New Roman"/>
          <w:b/>
          <w:i/>
          <w:sz w:val="28"/>
          <w:szCs w:val="28"/>
          <w:u w:val="single"/>
        </w:rPr>
        <w:t xml:space="preserve"> - </w:t>
      </w:r>
      <w:proofErr w:type="spellStart"/>
      <w:r w:rsidRPr="00AB45DB">
        <w:rPr>
          <w:rFonts w:ascii="Times New Roman" w:eastAsia="SimSun" w:hAnsi="Times New Roman" w:cs="Times New Roman"/>
          <w:b/>
          <w:i/>
          <w:sz w:val="28"/>
          <w:szCs w:val="28"/>
          <w:u w:val="single"/>
        </w:rPr>
        <w:t>yêu</w:t>
      </w:r>
      <w:proofErr w:type="spellEnd"/>
      <w:r w:rsidRPr="00AB45DB">
        <w:rPr>
          <w:rFonts w:ascii="Times New Roman" w:eastAsia="SimSu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AB45DB">
        <w:rPr>
          <w:rFonts w:ascii="Times New Roman" w:eastAsia="SimSun" w:hAnsi="Times New Roman" w:cs="Times New Roman"/>
          <w:b/>
          <w:i/>
          <w:sz w:val="28"/>
          <w:szCs w:val="28"/>
          <w:u w:val="single"/>
        </w:rPr>
        <w:t>cầu</w:t>
      </w:r>
      <w:proofErr w:type="spellEnd"/>
      <w:r w:rsidRPr="00AB45DB">
        <w:rPr>
          <w:rFonts w:ascii="Times New Roman" w:eastAsia="SimSun" w:hAnsi="Times New Roman" w:cs="Times New Roman"/>
          <w:b/>
          <w:i/>
          <w:sz w:val="28"/>
          <w:szCs w:val="28"/>
        </w:rPr>
        <w:t>:</w:t>
      </w:r>
    </w:p>
    <w:p w:rsidR="00AB45DB" w:rsidRPr="00AB45DB" w:rsidRDefault="00AB45DB" w:rsidP="00AB45DB">
      <w:pPr>
        <w:tabs>
          <w:tab w:val="left" w:pos="2895"/>
        </w:tabs>
        <w:spacing w:after="0" w:line="240" w:lineRule="auto"/>
        <w:jc w:val="both"/>
        <w:rPr>
          <w:rFonts w:ascii="Cambria" w:eastAsia="MS Mincho" w:hAnsi="Cambria" w:cs="Times New Roman"/>
        </w:rPr>
      </w:pPr>
      <w:r w:rsidRPr="00AB45DB">
        <w:rPr>
          <w:rFonts w:ascii="Times New Roman" w:eastAsia="SimSun" w:hAnsi="Times New Roman" w:cs="Times New Roman"/>
          <w:b/>
          <w:sz w:val="28"/>
          <w:szCs w:val="28"/>
        </w:rPr>
        <w:t xml:space="preserve">* </w:t>
      </w:r>
      <w:proofErr w:type="spellStart"/>
      <w:r w:rsidRPr="00AB45DB">
        <w:rPr>
          <w:rFonts w:ascii="Times New Roman" w:eastAsia="SimSun" w:hAnsi="Times New Roman" w:cs="Times New Roman"/>
          <w:b/>
          <w:sz w:val="28"/>
          <w:szCs w:val="28"/>
        </w:rPr>
        <w:t>Kiến</w:t>
      </w:r>
      <w:proofErr w:type="spellEnd"/>
      <w:r w:rsidRPr="00AB45DB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SimSun" w:hAnsi="Times New Roman" w:cs="Times New Roman"/>
          <w:b/>
          <w:sz w:val="28"/>
          <w:szCs w:val="28"/>
        </w:rPr>
        <w:t>thức</w:t>
      </w:r>
      <w:proofErr w:type="spellEnd"/>
    </w:p>
    <w:p w:rsidR="00AB45DB" w:rsidRPr="00AB45DB" w:rsidRDefault="00AB45DB" w:rsidP="00AB45DB">
      <w:pPr>
        <w:tabs>
          <w:tab w:val="left" w:pos="2895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</w:rPr>
      </w:pPr>
      <w:r w:rsidRPr="00AB45DB">
        <w:rPr>
          <w:rFonts w:ascii="Times New Roman" w:eastAsia="MS Mincho" w:hAnsi="Times New Roman" w:cs="Times New Roman"/>
          <w:sz w:val="28"/>
        </w:rPr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Hiểu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đặc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điểm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tính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chất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có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thể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lăn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.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Nhận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biết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đặc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điểm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cơ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bản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của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: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có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thể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lăn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có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nhiều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sắc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.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biết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là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đồ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dùng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vui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chơi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trong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lớp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học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>. ( S)</w:t>
      </w:r>
    </w:p>
    <w:p w:rsidR="00AB45DB" w:rsidRPr="00AB45DB" w:rsidRDefault="00AB45DB" w:rsidP="00AB45DB">
      <w:pPr>
        <w:tabs>
          <w:tab w:val="left" w:pos="2895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</w:rPr>
      </w:pPr>
      <w:r w:rsidRPr="00AB45DB">
        <w:rPr>
          <w:rFonts w:ascii="Times New Roman" w:eastAsia="MS Mincho" w:hAnsi="Times New Roman" w:cs="Times New Roman"/>
          <w:sz w:val="28"/>
        </w:rPr>
        <w:t xml:space="preserve">- 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biết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và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Ứng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dụng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kỹ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thuật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dùng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đất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tạo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>. ( T)</w:t>
      </w:r>
      <w:r w:rsidRPr="00AB45DB">
        <w:rPr>
          <w:rFonts w:ascii="Times New Roman" w:eastAsia="MS Mincho" w:hAnsi="Times New Roman" w:cs="Times New Roman"/>
          <w:sz w:val="28"/>
        </w:rPr>
        <w:br/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biết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sử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dụng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đất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để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lăn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ấn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kết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hợp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tạo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>.( E)</w:t>
      </w:r>
      <w:r w:rsidRPr="00AB45DB">
        <w:rPr>
          <w:rFonts w:ascii="Times New Roman" w:eastAsia="MS Mincho" w:hAnsi="Times New Roman" w:cs="Times New Roman"/>
          <w:sz w:val="28"/>
        </w:rPr>
        <w:br/>
        <w:t xml:space="preserve">- 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sáng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tạo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để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tạo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ra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nhiều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sắc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sinh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động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>. ( A)</w:t>
      </w:r>
      <w:r w:rsidRPr="00AB45DB">
        <w:rPr>
          <w:rFonts w:ascii="Times New Roman" w:eastAsia="MS Mincho" w:hAnsi="Times New Roman" w:cs="Times New Roman"/>
          <w:sz w:val="28"/>
        </w:rPr>
        <w:br/>
        <w:t xml:space="preserve">- 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Nhận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biết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hình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, so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sánh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kích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thước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to –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nhỏ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của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>. ( M)</w:t>
      </w:r>
      <w:r w:rsidRPr="00AB45DB">
        <w:rPr>
          <w:rFonts w:ascii="Times New Roman" w:eastAsia="MS Mincho" w:hAnsi="Times New Roman" w:cs="Times New Roman"/>
          <w:sz w:val="28"/>
        </w:rPr>
        <w:br/>
      </w:r>
      <w:r w:rsidRPr="00AB45DB">
        <w:rPr>
          <w:rFonts w:ascii="Times New Roman" w:eastAsia="MS Mincho" w:hAnsi="Times New Roman" w:cs="Times New Roman"/>
          <w:b/>
          <w:sz w:val="28"/>
        </w:rPr>
        <w:t xml:space="preserve"> * </w:t>
      </w:r>
      <w:proofErr w:type="spellStart"/>
      <w:r w:rsidRPr="00AB45DB">
        <w:rPr>
          <w:rFonts w:ascii="Times New Roman" w:eastAsia="MS Mincho" w:hAnsi="Times New Roman" w:cs="Times New Roman"/>
          <w:b/>
          <w:sz w:val="28"/>
        </w:rPr>
        <w:t>Kỹ</w:t>
      </w:r>
      <w:proofErr w:type="spellEnd"/>
      <w:r w:rsidRPr="00AB45DB">
        <w:rPr>
          <w:rFonts w:ascii="Times New Roman" w:eastAsia="MS Mincho" w:hAnsi="Times New Roman" w:cs="Times New Roman"/>
          <w:b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sz w:val="28"/>
        </w:rPr>
        <w:t>năng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br/>
        <w:t xml:space="preserve">- 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Rèn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kỹ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năng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nhào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lăn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đất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>.</w:t>
      </w:r>
      <w:r w:rsidRPr="00AB45DB">
        <w:rPr>
          <w:rFonts w:ascii="Times New Roman" w:eastAsia="MS Mincho" w:hAnsi="Times New Roman" w:cs="Times New Roman"/>
          <w:sz w:val="28"/>
        </w:rPr>
        <w:br/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Phát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triển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sự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khéo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léo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của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đôi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bàn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tay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>.</w:t>
      </w:r>
    </w:p>
    <w:p w:rsidR="00AB45DB" w:rsidRPr="00AB45DB" w:rsidRDefault="00AB45DB" w:rsidP="00AB45DB">
      <w:pPr>
        <w:tabs>
          <w:tab w:val="left" w:pos="2895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36"/>
          <w:szCs w:val="28"/>
        </w:rPr>
      </w:pPr>
      <w:r w:rsidRPr="00AB45DB">
        <w:rPr>
          <w:rFonts w:ascii="Times New Roman" w:eastAsia="MS Mincho" w:hAnsi="Times New Roman" w:cs="Times New Roman"/>
          <w:sz w:val="28"/>
        </w:rPr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Hình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thành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tư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duy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quan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sát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– so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sánh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giữa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thật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và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>.</w:t>
      </w:r>
    </w:p>
    <w:p w:rsidR="00AB45DB" w:rsidRPr="00AB45DB" w:rsidRDefault="00AB45DB" w:rsidP="00AB45DB">
      <w:pPr>
        <w:spacing w:after="0"/>
        <w:rPr>
          <w:rFonts w:ascii="Cambria" w:eastAsia="MS Mincho" w:hAnsi="Cambria" w:cs="Times New Roman"/>
        </w:rPr>
      </w:pPr>
      <w:r w:rsidRPr="00AB45DB">
        <w:rPr>
          <w:rFonts w:ascii="Times New Roman" w:eastAsia="MS Mincho" w:hAnsi="Times New Roman" w:cs="Times New Roman"/>
          <w:b/>
          <w:sz w:val="28"/>
        </w:rPr>
        <w:t xml:space="preserve">* </w:t>
      </w:r>
      <w:proofErr w:type="spellStart"/>
      <w:r w:rsidRPr="00AB45DB">
        <w:rPr>
          <w:rFonts w:ascii="Times New Roman" w:eastAsia="MS Mincho" w:hAnsi="Times New Roman" w:cs="Times New Roman"/>
          <w:b/>
          <w:sz w:val="28"/>
        </w:rPr>
        <w:t>Thái</w:t>
      </w:r>
      <w:proofErr w:type="spellEnd"/>
      <w:r w:rsidRPr="00AB45DB">
        <w:rPr>
          <w:rFonts w:ascii="Times New Roman" w:eastAsia="MS Mincho" w:hAnsi="Times New Roman" w:cs="Times New Roman"/>
          <w:b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sz w:val="28"/>
        </w:rPr>
        <w:t>độ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br/>
        <w:t xml:space="preserve">  -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Hứng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thú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tích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cực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tham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gia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vào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hoạt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động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>.</w:t>
      </w:r>
      <w:r w:rsidRPr="00AB45DB">
        <w:rPr>
          <w:rFonts w:ascii="Times New Roman" w:eastAsia="MS Mincho" w:hAnsi="Times New Roman" w:cs="Times New Roman"/>
          <w:sz w:val="28"/>
        </w:rPr>
        <w:br/>
        <w:t xml:space="preserve">  -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Yêu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thích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giữ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gìn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đồ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dùng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–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đồ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chơi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trong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</w:rPr>
        <w:t>lớp</w:t>
      </w:r>
      <w:proofErr w:type="spellEnd"/>
      <w:r w:rsidRPr="00AB45DB">
        <w:rPr>
          <w:rFonts w:ascii="Times New Roman" w:eastAsia="MS Mincho" w:hAnsi="Times New Roman" w:cs="Times New Roman"/>
          <w:sz w:val="28"/>
        </w:rPr>
        <w:t>.</w:t>
      </w:r>
      <w:r w:rsidRPr="00AB45DB">
        <w:rPr>
          <w:rFonts w:ascii="Cambria" w:eastAsia="MS Mincho" w:hAnsi="Cambria" w:cs="Times New Roman"/>
        </w:rPr>
        <w:t xml:space="preserve">  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>Chuẩn</w:t>
      </w:r>
      <w:proofErr w:type="spellEnd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>bị</w:t>
      </w:r>
      <w:proofErr w:type="spellEnd"/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Đồ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dùng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của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cô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: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Một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số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thật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nhiều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kích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thước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sắc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+ 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Hình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ảnh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trong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lớp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học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Đất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nhiều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Nhạc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bài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hát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“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” 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Đồ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dùng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của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: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Bảng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khay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đựng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đất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Khăn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lau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tay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>Tiến</w:t>
      </w:r>
      <w:proofErr w:type="spellEnd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>trình</w:t>
      </w:r>
      <w:proofErr w:type="spellEnd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>tổ</w:t>
      </w:r>
      <w:proofErr w:type="spellEnd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>chức</w:t>
      </w:r>
      <w:proofErr w:type="spellEnd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>hoạt</w:t>
      </w:r>
      <w:proofErr w:type="spellEnd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>động</w:t>
      </w:r>
      <w:proofErr w:type="spellEnd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>theo</w:t>
      </w:r>
      <w:proofErr w:type="spellEnd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4E – STEAM)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b/>
          <w:bCs/>
          <w:i/>
          <w:sz w:val="28"/>
          <w:szCs w:val="28"/>
        </w:rPr>
      </w:pPr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*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>Hoạt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>động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 xml:space="preserve"> 1</w:t>
      </w:r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: ( E1)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Khởi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động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–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Gây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hứng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thú</w:t>
      </w:r>
      <w:proofErr w:type="spellEnd"/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- 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Cô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đưa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thật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cho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xem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và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hỏi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: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 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Đây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là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gì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?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 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có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hình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gì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?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 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dùng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để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làm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gì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?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- Cho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cùng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chuyền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lăn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để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trải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nghiệm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Cô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gợi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ý: “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Hôm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nay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chúng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mình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sẽ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cùng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từ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đất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nhé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!”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b/>
          <w:bCs/>
          <w:i/>
          <w:sz w:val="28"/>
          <w:szCs w:val="28"/>
        </w:rPr>
      </w:pPr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*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>Hoạt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>động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 xml:space="preserve"> 2</w:t>
      </w:r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: (E2)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Khám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phá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–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Trải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nghiệm</w:t>
      </w:r>
      <w:proofErr w:type="spellEnd"/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Cô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cho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quan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sát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2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thật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so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sánh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kích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thước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to –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nhỏ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và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sắc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dùng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tay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sờ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cảm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nhận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hình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dáng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và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độ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của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</w:r>
      <w:r w:rsidRPr="00AB45DB">
        <w:rPr>
          <w:rFonts w:ascii="Times New Roman" w:eastAsia="MS Mincho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Cô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đặt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câu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hỏi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: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 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Nếu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muốn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có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nhỏ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thì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làm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thế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nào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?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 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Muốn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nhiều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thì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làm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sao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?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b/>
          <w:bCs/>
          <w:i/>
          <w:sz w:val="28"/>
          <w:szCs w:val="28"/>
        </w:rPr>
      </w:pPr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*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>Hoạt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>động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 xml:space="preserve"> 3</w:t>
      </w:r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: ( E3)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Giải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thích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–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Hướng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dẫn</w:t>
      </w:r>
      <w:proofErr w:type="spellEnd"/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</w:rPr>
      </w:pPr>
      <w:r w:rsidRPr="00AB45DB">
        <w:rPr>
          <w:rFonts w:ascii="Times New Roman" w:eastAsia="MS Mincho" w:hAnsi="Times New Roman" w:cs="Times New Roman"/>
          <w:bCs/>
          <w:sz w:val="28"/>
          <w:szCs w:val="28"/>
        </w:rPr>
        <w:t xml:space="preserve">- Cho </w:t>
      </w:r>
      <w:proofErr w:type="spellStart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>chơi</w:t>
      </w:r>
      <w:proofErr w:type="spellEnd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>trò</w:t>
      </w:r>
      <w:proofErr w:type="spellEnd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>chơi</w:t>
      </w:r>
      <w:proofErr w:type="spellEnd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 xml:space="preserve"> “ </w:t>
      </w:r>
      <w:proofErr w:type="spellStart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>Những</w:t>
      </w:r>
      <w:proofErr w:type="spellEnd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>ngón</w:t>
      </w:r>
      <w:proofErr w:type="spellEnd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>tay</w:t>
      </w:r>
      <w:proofErr w:type="spellEnd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>nhúc</w:t>
      </w:r>
      <w:proofErr w:type="spellEnd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>nhích</w:t>
      </w:r>
      <w:proofErr w:type="spellEnd"/>
      <w:r w:rsidRPr="00AB45DB">
        <w:rPr>
          <w:rFonts w:ascii="Times New Roman" w:eastAsia="MS Mincho" w:hAnsi="Times New Roman" w:cs="Times New Roman"/>
          <w:bCs/>
          <w:sz w:val="28"/>
          <w:szCs w:val="28"/>
        </w:rPr>
        <w:t xml:space="preserve">” 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Cô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hướng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dẫn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các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bước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: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 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Đầu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tiên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các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con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lấy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một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cục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đất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theo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sắc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các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con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thích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 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Tiếp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theo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dùng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lòng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bàn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tay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lăn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trên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mặt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bảng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 + 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Sau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đó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lăn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đều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cho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đến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khi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thành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hình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giống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 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Ngoài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ra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các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con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có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thể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nhiều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to –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nhỏ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nhiều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sắc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khác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nhau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mà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các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con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mong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muốn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 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Vừa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làm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cô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vừa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giải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thích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kỹ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thuật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lăn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để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đều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b/>
          <w:bCs/>
          <w:i/>
          <w:sz w:val="28"/>
          <w:szCs w:val="28"/>
        </w:rPr>
      </w:pPr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*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>Hoạt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>động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  <w:u w:val="single"/>
        </w:rPr>
        <w:t xml:space="preserve"> 4</w:t>
      </w:r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: ( E4)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Mở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rộng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–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Ứng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dụng</w:t>
      </w:r>
      <w:proofErr w:type="spellEnd"/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+ Cho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tự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chọn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đất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để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theo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ý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thích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Khuyến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khích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sáng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tạo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: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nhiều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to –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nhỏ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khác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nhau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+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Trưng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bày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sản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phẩm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và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cho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chia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: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- Con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màu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gì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?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 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của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con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dùng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để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chơi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như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thế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nào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?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Liên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hệ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thực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tế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: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Ngoài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lớp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học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chúng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ta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còn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thấy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ở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đâu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?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*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Kết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thúc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hoạt</w:t>
      </w:r>
      <w:proofErr w:type="spellEnd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b/>
          <w:bCs/>
          <w:i/>
          <w:sz w:val="28"/>
          <w:szCs w:val="28"/>
        </w:rPr>
        <w:t>động</w:t>
      </w:r>
      <w:proofErr w:type="spellEnd"/>
      <w:r w:rsidRPr="00AB45DB">
        <w:rPr>
          <w:rFonts w:ascii="Times New Roman" w:eastAsia="MS Mincho" w:hAnsi="Times New Roman" w:cs="Times New Roman"/>
          <w:b/>
          <w:bCs/>
          <w:sz w:val="28"/>
          <w:szCs w:val="28"/>
        </w:rPr>
        <w:t>:</w:t>
      </w:r>
    </w:p>
    <w:p w:rsidR="00AB45DB" w:rsidRPr="00AB45DB" w:rsidRDefault="00AB45DB" w:rsidP="00AB45D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Nhận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xét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khen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ngợi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sự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khéo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léo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sáng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tạo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của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- Cho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hát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và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vận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động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bài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“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Quả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bóng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tròn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”.</w:t>
      </w:r>
      <w:r w:rsidRPr="00AB45DB">
        <w:rPr>
          <w:rFonts w:ascii="Times New Roman" w:eastAsia="MS Mincho" w:hAnsi="Times New Roman" w:cs="Times New Roman"/>
          <w:sz w:val="28"/>
          <w:szCs w:val="28"/>
        </w:rPr>
        <w:br/>
        <w:t xml:space="preserve">-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Dặn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dò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trẻ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biết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giữ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gìn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và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cất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đồ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dùng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gọn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gàng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sau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giờ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AB45DB">
        <w:rPr>
          <w:rFonts w:ascii="Times New Roman" w:eastAsia="MS Mincho" w:hAnsi="Times New Roman" w:cs="Times New Roman"/>
          <w:sz w:val="28"/>
          <w:szCs w:val="28"/>
        </w:rPr>
        <w:t>học</w:t>
      </w:r>
      <w:proofErr w:type="spellEnd"/>
      <w:r w:rsidRPr="00AB45DB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3866A9" w:rsidRPr="00AB45DB" w:rsidRDefault="003866A9" w:rsidP="00AB45DB">
      <w:bookmarkStart w:id="0" w:name="_GoBack"/>
      <w:bookmarkEnd w:id="0"/>
    </w:p>
    <w:sectPr w:rsidR="003866A9" w:rsidRPr="00AB45D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66A9"/>
    <w:rsid w:val="004A658E"/>
    <w:rsid w:val="00AA1D8D"/>
    <w:rsid w:val="00AB45D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8683ED-3602-4C72-A0C3-2892AE42F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This MC</cp:lastModifiedBy>
  <cp:revision>3</cp:revision>
  <dcterms:created xsi:type="dcterms:W3CDTF">2025-09-02T02:06:00Z</dcterms:created>
  <dcterms:modified xsi:type="dcterms:W3CDTF">2025-09-07T09:49:00Z</dcterms:modified>
</cp:coreProperties>
</file>